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jc w:val="right"/>
      </w:pPr>
      <w:r>
        <w:t>(例: 20XX年X月X日)</w:t>
      </w:r>
    </w:p>
    <w:p>
      <w:pPr>
        <w:spacing w:before="0" w:after="0"/>
      </w:pPr>
      <w:r>
        <w:t>(例: 株式会社サンプル商事)</w:t>
      </w:r>
    </w:p>
    <w:p>
      <w:pPr>
        <w:spacing w:before="0" w:after="0"/>
      </w:pPr>
      <w:r>
        <w:t>(例: 経理部)</w:t>
      </w:r>
    </w:p>
    <w:p>
      <w:pPr>
        <w:spacing w:before="0" w:after="200"/>
      </w:pPr>
      <w:r>
        <w:t>(例: 山田 太郎) 様</w:t>
      </w:r>
    </w:p>
    <w:p>
      <w:pPr>
        <w:spacing w:before="0" w:after="0"/>
        <w:ind w:left="4649"/>
      </w:pPr>
      <w:r>
        <w:rPr>
          <w:sz w:val="19"/>
        </w:rPr>
        <w:t>(例: 株式会社サンプルサービス)</w:t>
      </w:r>
    </w:p>
    <w:p>
      <w:pPr>
        <w:spacing w:before="0" w:after="0"/>
        <w:ind w:left="4649"/>
      </w:pPr>
      <w:r>
        <w:rPr>
          <w:sz w:val="19"/>
        </w:rPr>
        <w:t>(例: 営業部 鈴木 花子)</w:t>
      </w:r>
    </w:p>
    <w:p>
      <w:pPr>
        <w:spacing w:before="0" w:after="0"/>
        <w:ind w:left="4649"/>
      </w:pPr>
      <w:r>
        <w:rPr>
          <w:sz w:val="19"/>
        </w:rPr>
        <w:t>〒(例: 000-0000)</w:t>
      </w:r>
    </w:p>
    <w:p>
      <w:pPr>
        <w:spacing w:before="0" w:after="0"/>
        <w:ind w:left="4649"/>
      </w:pPr>
      <w:r>
        <w:rPr>
          <w:sz w:val="19"/>
        </w:rPr>
        <w:t>(例: ○○県○○市○○町1-2-3)</w:t>
      </w:r>
    </w:p>
    <w:p>
      <w:pPr>
        <w:spacing w:before="0" w:after="0"/>
        <w:ind w:left="4649"/>
      </w:pPr>
      <w:r>
        <w:rPr>
          <w:sz w:val="19"/>
        </w:rPr>
        <w:t>TEL: (例: 00-0000-0000)</w:t>
      </w:r>
    </w:p>
    <w:p>
      <w:pPr>
        <w:spacing w:before="0" w:after="0"/>
        <w:ind w:left="4649"/>
      </w:pPr>
      <w:r>
        <w:rPr>
          <w:sz w:val="19"/>
        </w:rPr>
        <w:t>Mail: (例: contact@example.com)</w:t>
      </w:r>
    </w:p>
    <w:p>
      <w:pPr>
        <w:pStyle w:val="Title"/>
        <w:spacing w:before="320" w:after="320"/>
        <w:jc w:val="center"/>
      </w:pPr>
      <w:r>
        <w:t>書類送付のご案内</w:t>
      </w:r>
    </w:p>
    <w:p>
      <w:pPr>
        <w:spacing w:before="0" w:after="0"/>
      </w:pPr>
      <w:r>
        <w:t>拝啓　時下ますますご清栄のこととお慶び申し上げます。</w:t>
      </w:r>
    </w:p>
    <w:p>
      <w:pPr>
        <w:spacing w:before="0" w:after="160"/>
      </w:pPr>
      <w:r>
        <w:t>平素は格別のご高配を賜り、厚く御礼申し上げます。</w:t>
      </w:r>
    </w:p>
    <w:p>
      <w:pPr>
        <w:spacing w:before="0" w:after="0"/>
      </w:pPr>
      <w:r>
        <w:t>下記の書類をお送りいたします。ご査収のほど、よろしくお願い申し上げます。</w:t>
      </w:r>
    </w:p>
    <w:p>
      <w:pPr>
        <w:spacing w:before="120" w:after="0"/>
        <w:jc w:val="right"/>
      </w:pPr>
      <w:r>
        <w:t>敬具</w:t>
      </w:r>
    </w:p>
    <w:p>
      <w:pPr>
        <w:spacing w:before="240" w:after="200"/>
        <w:jc w:val="center"/>
      </w:pPr>
      <w:r>
        <w:t>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CellMar>
          <w:top w:w="80" w:type="dxa"/>
          <w:bottom w:w="80" w:type="dxa"/>
          <w:left w:w="110" w:type="dxa"/>
          <w:right w:w="110" w:type="dxa"/>
        </w:tblCellMar>
      </w:tblPr>
      <w:tblGrid>
        <w:gridCol w:w="7654"/>
        <w:gridCol w:w="1984"/>
      </w:tblGrid>
      <w:tr>
        <w:trPr>
          <w:cantSplit/>
          <w:tblHeader/>
        </w:trPr>
        <w:tc>
          <w:tcPr>
            <w:tcW w:type="dxa" w:w="7654"/>
            <w:vAlign w:val="center"/>
            <w:shd w:fill="F2F2F2"/>
          </w:tcPr>
          <w:p>
            <w:pPr>
              <w:spacing w:after="0" w:line="288" w:lineRule="auto"/>
            </w:pPr>
            <w:r>
              <w:rPr>
                <w:b/>
              </w:rPr>
              <w:t>書類名</w:t>
            </w:r>
          </w:p>
        </w:tc>
        <w:tc>
          <w:tcPr>
            <w:tcW w:type="dxa" w:w="1984"/>
            <w:vAlign w:val="center"/>
            <w:shd w:fill="F2F2F2"/>
          </w:tcPr>
          <w:p>
            <w:pPr>
              <w:spacing w:after="0" w:line="288" w:lineRule="auto"/>
            </w:pPr>
            <w:r>
              <w:rPr>
                <w:b/>
              </w:rPr>
              <w:t>部数</w:t>
            </w:r>
          </w:p>
        </w:tc>
      </w:tr>
      <w:tr>
        <w:trPr>
          <w:cantSplit/>
        </w:trPr>
        <w:tc>
          <w:tcPr>
            <w:tcW w:type="dxa" w:w="7654"/>
            <w:vAlign w:val="center"/>
          </w:tcPr>
          <w:p>
            <w:pPr>
              <w:spacing w:after="0" w:line="288" w:lineRule="auto"/>
            </w:pPr>
            <w:r>
              <w:t>(例: 請求書)</w:t>
            </w:r>
          </w:p>
        </w:tc>
        <w:tc>
          <w:tcPr>
            <w:tcW w:type="dxa" w:w="1984"/>
            <w:vAlign w:val="center"/>
          </w:tcPr>
          <w:p>
            <w:pPr>
              <w:spacing w:after="0" w:line="288" w:lineRule="auto"/>
            </w:pPr>
            <w:r>
              <w:t>(例: 1) 部</w:t>
            </w:r>
          </w:p>
        </w:tc>
      </w:tr>
      <w:tr>
        <w:trPr>
          <w:cantSplit/>
        </w:trPr>
        <w:tc>
          <w:tcPr>
            <w:tcW w:type="dxa" w:w="7654"/>
            <w:vAlign w:val="center"/>
          </w:tcPr>
          <w:p>
            <w:pPr>
              <w:spacing w:after="0" w:line="288" w:lineRule="auto"/>
            </w:pPr>
            <w:r>
              <w:t>(例: 納品書)</w:t>
            </w:r>
          </w:p>
        </w:tc>
        <w:tc>
          <w:tcPr>
            <w:tcW w:type="dxa" w:w="1984"/>
            <w:vAlign w:val="center"/>
          </w:tcPr>
          <w:p>
            <w:pPr>
              <w:spacing w:after="0" w:line="288" w:lineRule="auto"/>
            </w:pPr>
            <w:r>
              <w:t>(例: 1) 部</w:t>
            </w:r>
          </w:p>
        </w:tc>
      </w:tr>
    </w:tbl>
    <w:p>
      <w:pPr>
        <w:spacing w:before="200" w:after="0"/>
        <w:jc w:val="right"/>
      </w:pPr>
      <w:r>
        <w:t>以上</w:t>
      </w:r>
    </w:p>
    <w:sectPr w:rsidR="00FC693F" w:rsidRPr="0006063C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312" w:lineRule="auto"/>
    </w:pPr>
    <w:rPr>
      <w:rFonts w:ascii="Yu Mincho" w:hAnsi="Yu Mincho" w:eastAsia="Yu Mincho"/>
      <w:color w:val="000000"/>
      <w:sz w:val="21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312" w:lineRule="auto" w:before="320"/>
      <w:contextualSpacing/>
    </w:pPr>
    <w:rPr>
      <w:rFonts w:ascii="Yu Mincho" w:hAnsi="Yu Mincho" w:eastAsia="Yu Mincho"/>
      <w:b/>
      <w:color w:val="000000"/>
      <w:spacing w:val="5"/>
      <w:kern w:val="28"/>
      <w:sz w:val="32"/>
      <w:szCs w:val="52"/>
      <w:lang w:val="ja-JP" w:eastAsia="ja-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書類送付のご案内</dc:title>
  <dc:subject>宛先・差出人・書類名を書き換えて使う送付状</dc:subject>
  <dc:creator>Digital Sales</dc:creator>
  <cp:keywords/>
  <dc:description>社内利用・改変自由。記入例は架空のものです。</dc:description>
  <cp:lastModifiedBy>Digital Sales</cp:lastModifiedBy>
  <cp:revision>1</cp:revision>
  <dcterms:created xsi:type="dcterms:W3CDTF">2026-10-07T00:00:00Z</dcterms:created>
  <dcterms:modified xsi:type="dcterms:W3CDTF">2026-10-07T00:00:00Z</dcterms:modified>
  <cp:category/>
</cp:coreProperties>
</file>