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320"/>
        <w:jc w:val="center"/>
      </w:pPr>
      <w:r>
        <w:t>FAX送信のご案内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80" w:type="dxa"/>
          <w:bottom w:w="80" w:type="dxa"/>
          <w:left w:w="110" w:type="dxa"/>
          <w:right w:w="110" w:type="dxa"/>
        </w:tblCellMar>
      </w:tblPr>
      <w:tblGrid>
        <w:gridCol w:w="1871"/>
        <w:gridCol w:w="7767"/>
      </w:tblGrid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88" w:lineRule="auto"/>
            </w:pPr>
            <w:r>
              <w:t>送信日</w:t>
            </w:r>
          </w:p>
        </w:tc>
        <w:tc>
          <w:tcPr>
            <w:tcW w:type="dxa" w:w="7767"/>
            <w:vAlign w:val="center"/>
          </w:tcPr>
          <w:p>
            <w:pPr>
              <w:spacing w:after="0" w:line="288" w:lineRule="auto"/>
            </w:pPr>
            <w:r>
              <w:t>(例: 20XX年X月X日)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88" w:lineRule="auto"/>
            </w:pPr>
            <w:r>
              <w:t>宛先</w:t>
            </w:r>
          </w:p>
        </w:tc>
        <w:tc>
          <w:tcPr>
            <w:tcW w:type="dxa" w:w="7767"/>
            <w:vAlign w:val="center"/>
          </w:tcPr>
          <w:p>
            <w:pPr>
              <w:spacing w:after="0" w:line="288" w:lineRule="auto"/>
            </w:pPr>
            <w:r>
              <w:t>(例: 株式会社サンプル商事)</w:t>
              <w:br/>
              <w:t>(例: 購買部)</w:t>
              <w:br/>
              <w:t>(例: 山田 太郎) 様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88" w:lineRule="auto"/>
            </w:pPr>
            <w:r>
              <w:t>宛先FAX番号</w:t>
            </w:r>
          </w:p>
        </w:tc>
        <w:tc>
          <w:tcPr>
            <w:tcW w:type="dxa" w:w="7767"/>
            <w:vAlign w:val="center"/>
          </w:tcPr>
          <w:p>
            <w:pPr>
              <w:spacing w:after="0" w:line="288" w:lineRule="auto"/>
            </w:pPr>
            <w:r>
              <w:t>(例: 00-0000-0000)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88" w:lineRule="auto"/>
            </w:pPr>
            <w:r>
              <w:t>総送信枚数</w:t>
            </w:r>
          </w:p>
        </w:tc>
        <w:tc>
          <w:tcPr>
            <w:tcW w:type="dxa" w:w="7767"/>
            <w:vAlign w:val="center"/>
          </w:tcPr>
          <w:p>
            <w:pPr>
              <w:spacing w:after="0" w:line="288" w:lineRule="auto"/>
            </w:pPr>
            <w:r>
              <w:t>(例: 3) 枚（本状1枚を含む）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88" w:lineRule="auto"/>
            </w:pPr>
            <w:r>
              <w:t>発信元</w:t>
            </w:r>
          </w:p>
        </w:tc>
        <w:tc>
          <w:tcPr>
            <w:tcW w:type="dxa" w:w="7767"/>
            <w:vAlign w:val="center"/>
          </w:tcPr>
          <w:p>
            <w:pPr>
              <w:spacing w:after="0" w:line="288" w:lineRule="auto"/>
            </w:pPr>
            <w:r>
              <w:t>(例: 株式会社サンプルサービス)</w:t>
              <w:br/>
              <w:t>(例: 営業部 鈴木 花子)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88" w:lineRule="auto"/>
            </w:pPr>
            <w:r>
              <w:t>発信元TEL</w:t>
            </w:r>
          </w:p>
        </w:tc>
        <w:tc>
          <w:tcPr>
            <w:tcW w:type="dxa" w:w="7767"/>
            <w:vAlign w:val="center"/>
          </w:tcPr>
          <w:p>
            <w:pPr>
              <w:spacing w:after="0" w:line="288" w:lineRule="auto"/>
            </w:pPr>
            <w:r>
              <w:t>(例: 00-0000-0000)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88" w:lineRule="auto"/>
            </w:pPr>
            <w:r>
              <w:t>発信元FAX</w:t>
            </w:r>
          </w:p>
        </w:tc>
        <w:tc>
          <w:tcPr>
            <w:tcW w:type="dxa" w:w="7767"/>
            <w:vAlign w:val="center"/>
          </w:tcPr>
          <w:p>
            <w:pPr>
              <w:spacing w:after="0" w:line="288" w:lineRule="auto"/>
            </w:pPr>
            <w:r>
              <w:t>(例: 00-0000-0001)</w:t>
            </w:r>
          </w:p>
        </w:tc>
      </w:tr>
    </w:tbl>
    <w:p>
      <w:pPr>
        <w:spacing w:before="360" w:after="0"/>
      </w:pPr>
      <w:r>
        <w:t>いつもお世話になっております。</w:t>
      </w:r>
    </w:p>
    <w:p>
      <w:pPr>
        <w:spacing w:before="0" w:after="160"/>
      </w:pPr>
      <w:r>
        <w:t>下記の書類をお送りいたします。内容をご確認くださいますよう、お願いいたします。</w:t>
      </w:r>
    </w:p>
    <w:p>
      <w:pPr>
        <w:spacing w:before="120" w:after="200"/>
        <w:jc w:val="center"/>
      </w:pPr>
      <w:r>
        <w:t>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80" w:type="dxa"/>
          <w:bottom w:w="80" w:type="dxa"/>
          <w:left w:w="110" w:type="dxa"/>
          <w:right w:w="110" w:type="dxa"/>
        </w:tblCellMar>
      </w:tblPr>
      <w:tblGrid>
        <w:gridCol w:w="7654"/>
        <w:gridCol w:w="1984"/>
      </w:tblGrid>
      <w:tr>
        <w:trPr>
          <w:cantSplit/>
          <w:tblHeader/>
        </w:trPr>
        <w:tc>
          <w:tcPr>
            <w:tcW w:type="dxa" w:w="7654"/>
            <w:vAlign w:val="center"/>
            <w:shd w:fill="F2F2F2"/>
          </w:tcPr>
          <w:p>
            <w:pPr>
              <w:spacing w:after="0" w:line="288" w:lineRule="auto"/>
            </w:pPr>
            <w:r>
              <w:rPr>
                <w:b/>
              </w:rPr>
              <w:t>書類名</w:t>
            </w:r>
          </w:p>
        </w:tc>
        <w:tc>
          <w:tcPr>
            <w:tcW w:type="dxa" w:w="1984"/>
            <w:vAlign w:val="center"/>
            <w:shd w:fill="F2F2F2"/>
          </w:tcPr>
          <w:p>
            <w:pPr>
              <w:spacing w:after="0" w:line="288" w:lineRule="auto"/>
            </w:pPr>
            <w:r>
              <w:rPr>
                <w:b/>
              </w:rPr>
              <w:t>枚数</w:t>
            </w:r>
          </w:p>
        </w:tc>
      </w:tr>
      <w:tr>
        <w:trPr>
          <w:cantSplit/>
        </w:trPr>
        <w:tc>
          <w:tcPr>
            <w:tcW w:type="dxa" w:w="7654"/>
            <w:vAlign w:val="center"/>
          </w:tcPr>
          <w:p>
            <w:pPr>
              <w:spacing w:after="0" w:line="288" w:lineRule="auto"/>
            </w:pPr>
            <w:r>
              <w:t>(例: 見積書)</w:t>
            </w:r>
          </w:p>
        </w:tc>
        <w:tc>
          <w:tcPr>
            <w:tcW w:type="dxa" w:w="1984"/>
            <w:vAlign w:val="center"/>
          </w:tcPr>
          <w:p>
            <w:pPr>
              <w:spacing w:after="0" w:line="288" w:lineRule="auto"/>
            </w:pPr>
            <w:r>
              <w:t>(例: 2) 枚</w:t>
            </w:r>
          </w:p>
        </w:tc>
      </w:tr>
    </w:tbl>
    <w:p>
      <w:pPr>
        <w:spacing w:before="280" w:after="0"/>
      </w:pPr>
      <w:r>
        <w:t>送信枚数が不足している場合や読み取れない箇所がある場合は、お手数ですが上記の連絡先までお知らせください。</w:t>
      </w:r>
    </w:p>
    <w:p>
      <w:pPr>
        <w:spacing w:before="200" w:after="0"/>
        <w:jc w:val="right"/>
      </w:pPr>
      <w:r>
        <w:t>以上</w:t>
      </w:r>
    </w:p>
    <w:sectPr w:rsidR="00FC693F" w:rsidRPr="0006063C" w:rsidSect="00034616"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312" w:lineRule="auto"/>
    </w:pPr>
    <w:rPr>
      <w:rFonts w:ascii="Yu Mincho" w:hAnsi="Yu Mincho" w:eastAsia="Yu Mincho"/>
      <w:color w:val="000000"/>
      <w:sz w:val="21"/>
      <w:lang w:val="ja-JP" w:eastAsia="ja-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20" w:line="312" w:lineRule="auto" w:before="320"/>
      <w:contextualSpacing/>
    </w:pPr>
    <w:rPr>
      <w:rFonts w:ascii="Yu Mincho" w:hAnsi="Yu Mincho" w:eastAsia="Yu Mincho"/>
      <w:b/>
      <w:color w:val="000000"/>
      <w:spacing w:val="5"/>
      <w:kern w:val="28"/>
      <w:sz w:val="32"/>
      <w:szCs w:val="52"/>
      <w:lang w:val="ja-JP" w:eastAsia="ja-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FAX送信のご案内</dc:title>
  <dc:subject>宛先・差出人・書類名を書き換えて使う送付状</dc:subject>
  <dc:creator>Digital Sales</dc:creator>
  <cp:keywords/>
  <dc:description>社内利用・改変自由。記入例は架空のものです。</dc:description>
  <cp:lastModifiedBy>Digital Sales</cp:lastModifiedBy>
  <cp:revision>1</cp:revision>
  <dcterms:created xsi:type="dcterms:W3CDTF">2026-10-07T00:00:00Z</dcterms:created>
  <dcterms:modified xsi:type="dcterms:W3CDTF">2026-10-07T00:00:00Z</dcterms:modified>
  <cp:category/>
</cp:coreProperties>
</file>