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540"/>
          <w:sz w:val="36"/>
        </w:rPr>
        <w:t>提案依頼書(RFP)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発行日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会社名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担当部署・担当者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2026年9月5日)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株式会社サンプル)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情報システム部 田中)</w:t>
            </w:r>
          </w:p>
        </w:tc>
      </w:tr>
    </w:tbl>
    <w:p/>
    <w:p>
      <w:r>
        <w:rPr>
          <w:b/>
          <w:color w:val="1A2540"/>
          <w:sz w:val="24"/>
        </w:rPr>
        <w:t>1. 依頼の背景と目的</w:t>
      </w:r>
    </w:p>
    <w:p>
      <w:r>
        <w:t>(例: 現在の顧客管理は部署ごとの台帳で行っており、情報の重複と更新漏れが発生している。全社で顧客情報を一元管理できるシステムの導入を検討しており、提案を依頼したい。)</w:t>
      </w:r>
    </w:p>
    <w:p>
      <w:r>
        <w:rPr>
          <w:b/>
          <w:color w:val="1A2540"/>
          <w:sz w:val="24"/>
        </w:rPr>
        <w:t>2. 提案していただきたい範囲</w:t>
      </w:r>
    </w:p>
    <w:p>
      <w:r>
        <w:t>(例: システムの提供、初期設定・データ移行、操作研修、保守サポート)</w:t>
      </w:r>
    </w:p>
    <w:p>
      <w:r>
        <w:rPr>
          <w:b/>
          <w:color w:val="1A2540"/>
          <w:sz w:val="24"/>
        </w:rPr>
        <w:t>3. 現状と課題</w:t>
      </w:r>
    </w:p>
    <w:p>
      <w:r>
        <w:t>(例: 利用者約50名。既存の販売管理システム(◯◯)とのデータ連携が必要。)</w:t>
      </w:r>
    </w:p>
    <w:p>
      <w:r>
        <w:rPr>
          <w:b/>
          <w:color w:val="1A2540"/>
          <w:sz w:val="24"/>
        </w:rPr>
        <w:t>4. 要件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区分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要件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必須/歓迎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機能)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顧客情報の一元管理・検索)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必須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機能)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既存システムとのCSV連携)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必須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非機能)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スマートフォンからの閲覧)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歓迎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サポート)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平日日中の問い合わせ窓口)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必須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</w:tbl>
    <w:p>
      <w:r>
        <w:rPr>
          <w:b/>
          <w:color w:val="1A2540"/>
          <w:sz w:val="24"/>
        </w:rPr>
        <w:t>5. 契約・予算</w:t>
      </w:r>
    </w:p>
    <w:p>
      <w:r>
        <w:t>(例: 予算は初年度総額◯◯万円以内を想定。契約形態・支払条件は提案に含めてください。)</w:t>
      </w:r>
    </w:p>
    <w:p>
      <w:r>
        <w:rPr>
          <w:b/>
          <w:color w:val="1A2540"/>
          <w:sz w:val="24"/>
        </w:rPr>
        <w:t>6. スケジュール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19"/>
              </w:rPr>
              <w:t>項目</w:t>
            </w:r>
          </w:p>
        </w:tc>
        <w:tc>
          <w:tcPr>
            <w:tcW w:type="dxa" w:w="4320"/>
          </w:tcPr>
          <w:p>
            <w:r>
              <w:rPr>
                <w:b/>
                <w:sz w:val="19"/>
              </w:rPr>
              <w:t>期日</w:t>
            </w:r>
          </w:p>
        </w:tc>
      </w:tr>
      <w:tr>
        <w:tc>
          <w:tcPr>
            <w:tcW w:type="dxa" w:w="4320"/>
          </w:tcPr>
          <w:p>
            <w:r>
              <w:rPr>
                <w:sz w:val="19"/>
              </w:rPr>
              <w:t>質問受付期限</w:t>
            </w:r>
          </w:p>
        </w:tc>
        <w:tc>
          <w:tcPr>
            <w:tcW w:type="dxa" w:w="4320"/>
          </w:tcPr>
          <w:p>
            <w:r>
              <w:rPr>
                <w:sz w:val="19"/>
              </w:rPr>
              <w:t>(例: 9月19日)</w:t>
            </w:r>
          </w:p>
        </w:tc>
      </w:tr>
      <w:tr>
        <w:tc>
          <w:tcPr>
            <w:tcW w:type="dxa" w:w="4320"/>
          </w:tcPr>
          <w:p>
            <w:r>
              <w:rPr>
                <w:sz w:val="19"/>
              </w:rPr>
              <w:t>提案書提出期限</w:t>
            </w:r>
          </w:p>
        </w:tc>
        <w:tc>
          <w:tcPr>
            <w:tcW w:type="dxa" w:w="4320"/>
          </w:tcPr>
          <w:p>
            <w:r>
              <w:rPr>
                <w:sz w:val="19"/>
              </w:rPr>
              <w:t>(例: 10月3日)</w:t>
            </w:r>
          </w:p>
        </w:tc>
      </w:tr>
      <w:tr>
        <w:tc>
          <w:tcPr>
            <w:tcW w:type="dxa" w:w="4320"/>
          </w:tcPr>
          <w:p>
            <w:r>
              <w:rPr>
                <w:sz w:val="19"/>
              </w:rPr>
              <w:t>プレゼンテーション</w:t>
            </w:r>
          </w:p>
        </w:tc>
        <w:tc>
          <w:tcPr>
            <w:tcW w:type="dxa" w:w="4320"/>
          </w:tcPr>
          <w:p>
            <w:r>
              <w:rPr>
                <w:sz w:val="19"/>
              </w:rPr>
              <w:t>(例: 10月10日週)</w:t>
            </w:r>
          </w:p>
        </w:tc>
      </w:tr>
      <w:tr>
        <w:tc>
          <w:tcPr>
            <w:tcW w:type="dxa" w:w="4320"/>
          </w:tcPr>
          <w:p>
            <w:r>
              <w:rPr>
                <w:sz w:val="19"/>
              </w:rPr>
              <w:t>選定結果の通知</w:t>
            </w:r>
          </w:p>
        </w:tc>
        <w:tc>
          <w:tcPr>
            <w:tcW w:type="dxa" w:w="4320"/>
          </w:tcPr>
          <w:p>
            <w:r>
              <w:rPr>
                <w:sz w:val="19"/>
              </w:rPr>
              <w:t>(例: 10月24日)</w:t>
            </w:r>
          </w:p>
        </w:tc>
      </w:tr>
      <w:tr>
        <w:tc>
          <w:tcPr>
            <w:tcW w:type="dxa" w:w="4320"/>
          </w:tcPr>
          <w:p>
            <w:r>
              <w:rPr>
                <w:sz w:val="19"/>
              </w:rPr>
              <w:t>導入希望時期</w:t>
            </w:r>
          </w:p>
        </w:tc>
        <w:tc>
          <w:tcPr>
            <w:tcW w:type="dxa" w:w="4320"/>
          </w:tcPr>
          <w:p>
            <w:r>
              <w:rPr>
                <w:sz w:val="19"/>
              </w:rPr>
              <w:t>(例: 2027年1月)</w:t>
            </w:r>
          </w:p>
        </w:tc>
      </w:tr>
    </w:tbl>
    <w:p>
      <w:r>
        <w:rPr>
          <w:b/>
          <w:color w:val="1A2540"/>
          <w:sz w:val="24"/>
        </w:rPr>
        <w:t>7. 提案書に含めていただきたい内容</w:t>
      </w:r>
    </w:p>
    <w:p>
      <w:r>
        <w:t>(例: 提案概要、機能要件への対応可否、導入スケジュール、体制、費用(初期・月額・保守の内訳)、導入実績)</w:t>
      </w:r>
    </w:p>
    <w:p>
      <w:r>
        <w:rPr>
          <w:b/>
          <w:color w:val="1A2540"/>
          <w:sz w:val="24"/>
        </w:rPr>
        <w:t>8. 選定の評価基準</w:t>
      </w:r>
    </w:p>
    <w:p>
      <w:r>
        <w:t>(例: 要件適合度40%、費用30%、サポート体制20%、実績10%)</w:t>
      </w:r>
    </w:p>
    <w:p>
      <w:r>
        <w:rPr>
          <w:b/>
          <w:color w:val="1A2540"/>
          <w:sz w:val="24"/>
        </w:rPr>
        <w:t>9. 質問・提出方法</w:t>
      </w:r>
    </w:p>
    <w:p>
      <w:r>
        <w:t>(例: 質問・提案書はメールで下記まで。質問への回答は全社に共有します。)</w:t>
      </w:r>
    </w:p>
    <w:p>
      <w:r>
        <w:t>(例: 担当: 情報システム部 田中 / sample@example.co.jp)</w:t>
      </w:r>
    </w:p>
    <w:p/>
    <w:p>
      <w:r>
        <w:rPr>
          <w:color w:val="5A6580"/>
          <w:sz w:val="17"/>
        </w:rPr>
        <w:t>配布元: Digital Sales(digital-sales-job.com)。ブラウザで自動作成できる無料ツール版: https://digital-sales-job.com/tools/rfp-generator/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